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687" w:rsidRDefault="00F70E8B" w:rsidP="001F4924">
      <w:pPr>
        <w:spacing w:line="360" w:lineRule="auto"/>
        <w:jc w:val="center"/>
      </w:pPr>
      <w:r>
        <w:rPr>
          <w:b/>
          <w:color w:val="1F4E79"/>
          <w:sz w:val="32"/>
        </w:rPr>
        <w:t>PHI</w:t>
      </w:r>
      <w:r>
        <w:rPr>
          <w:b/>
          <w:color w:val="1F4E79"/>
          <w:sz w:val="32"/>
        </w:rPr>
        <w:t>Ế</w:t>
      </w:r>
      <w:r>
        <w:rPr>
          <w:b/>
          <w:color w:val="1F4E79"/>
          <w:sz w:val="32"/>
        </w:rPr>
        <w:t>U BÀI T</w:t>
      </w:r>
      <w:r>
        <w:rPr>
          <w:b/>
          <w:color w:val="1F4E79"/>
          <w:sz w:val="32"/>
        </w:rPr>
        <w:t>Ậ</w:t>
      </w:r>
      <w:r>
        <w:rPr>
          <w:b/>
          <w:color w:val="1F4E79"/>
          <w:sz w:val="32"/>
        </w:rPr>
        <w:t>P TI</w:t>
      </w:r>
      <w:r>
        <w:rPr>
          <w:b/>
          <w:color w:val="1F4E79"/>
          <w:sz w:val="32"/>
        </w:rPr>
        <w:t>Ế</w:t>
      </w:r>
      <w:r>
        <w:rPr>
          <w:b/>
          <w:color w:val="1F4E79"/>
          <w:sz w:val="32"/>
        </w:rPr>
        <w:t>NG ANH L</w:t>
      </w:r>
      <w:r>
        <w:rPr>
          <w:b/>
          <w:color w:val="1F4E79"/>
          <w:sz w:val="32"/>
        </w:rPr>
        <w:t>Ớ</w:t>
      </w:r>
      <w:r>
        <w:rPr>
          <w:b/>
          <w:color w:val="1F4E79"/>
          <w:sz w:val="32"/>
        </w:rPr>
        <w:t>P 6</w:t>
      </w:r>
    </w:p>
    <w:p w:rsidR="00C07687" w:rsidRDefault="00F70E8B" w:rsidP="001F4924">
      <w:pPr>
        <w:spacing w:line="360" w:lineRule="auto"/>
        <w:jc w:val="center"/>
      </w:pPr>
      <w:r>
        <w:rPr>
          <w:b/>
          <w:sz w:val="28"/>
        </w:rPr>
        <w:t>CH</w:t>
      </w:r>
      <w:r>
        <w:rPr>
          <w:b/>
          <w:sz w:val="28"/>
        </w:rPr>
        <w:t>Ủ</w:t>
      </w:r>
      <w:r>
        <w:rPr>
          <w:b/>
          <w:sz w:val="28"/>
        </w:rPr>
        <w:t xml:space="preserve"> Đ</w:t>
      </w:r>
      <w:r>
        <w:rPr>
          <w:b/>
          <w:sz w:val="28"/>
        </w:rPr>
        <w:t>Ề</w:t>
      </w:r>
      <w:r>
        <w:rPr>
          <w:b/>
          <w:sz w:val="28"/>
        </w:rPr>
        <w:t>: THÌ QUÁ KH</w:t>
      </w:r>
      <w:r>
        <w:rPr>
          <w:b/>
          <w:sz w:val="28"/>
        </w:rPr>
        <w:t>Ứ</w:t>
      </w:r>
      <w:r>
        <w:rPr>
          <w:b/>
          <w:sz w:val="28"/>
        </w:rPr>
        <w:t xml:space="preserve"> ĐƠN (PAST SIMPLE)</w:t>
      </w:r>
    </w:p>
    <w:p w:rsidR="00C07687" w:rsidRDefault="00F70E8B" w:rsidP="001F4924">
      <w:pPr>
        <w:spacing w:line="360" w:lineRule="auto"/>
        <w:jc w:val="center"/>
      </w:pPr>
      <w:r>
        <w:rPr>
          <w:i/>
        </w:rPr>
        <w:t>Th</w:t>
      </w:r>
      <w:r>
        <w:rPr>
          <w:i/>
        </w:rPr>
        <w:t>ờ</w:t>
      </w:r>
      <w:r>
        <w:rPr>
          <w:i/>
        </w:rPr>
        <w:t>i gian g</w:t>
      </w:r>
      <w:r>
        <w:rPr>
          <w:i/>
        </w:rPr>
        <w:t>ợ</w:t>
      </w:r>
      <w:r w:rsidR="001F4924">
        <w:rPr>
          <w:i/>
        </w:rPr>
        <w:t xml:space="preserve">i ý: 35 - </w:t>
      </w:r>
      <w:r>
        <w:rPr>
          <w:i/>
        </w:rPr>
        <w:t>40 phút     |     T</w:t>
      </w:r>
      <w:r>
        <w:rPr>
          <w:i/>
        </w:rPr>
        <w:t>ổ</w:t>
      </w:r>
      <w:r>
        <w:rPr>
          <w:i/>
        </w:rPr>
        <w:t>ng đi</w:t>
      </w:r>
      <w:r>
        <w:rPr>
          <w:i/>
        </w:rPr>
        <w:t>ể</w:t>
      </w:r>
      <w:r>
        <w:rPr>
          <w:i/>
        </w:rPr>
        <w:t>m: 10 đi</w:t>
      </w:r>
      <w:r>
        <w:rPr>
          <w:i/>
        </w:rPr>
        <w:t>ể</w:t>
      </w:r>
      <w:r>
        <w:rPr>
          <w:i/>
        </w:rPr>
        <w:t>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86"/>
        <w:gridCol w:w="4986"/>
      </w:tblGrid>
      <w:tr w:rsidR="00C07687">
        <w:trPr>
          <w:jc w:val="center"/>
        </w:trPr>
        <w:tc>
          <w:tcPr>
            <w:tcW w:w="4986" w:type="dxa"/>
            <w:vAlign w:val="center"/>
          </w:tcPr>
          <w:p w:rsidR="00C07687" w:rsidRDefault="00F70E8B" w:rsidP="001F4924">
            <w:pPr>
              <w:spacing w:line="360" w:lineRule="auto"/>
            </w:pPr>
            <w:r>
              <w:t>H</w:t>
            </w:r>
            <w:r>
              <w:t>ọ</w:t>
            </w:r>
            <w:r>
              <w:t xml:space="preserve"> và tên: ........................................................</w:t>
            </w:r>
          </w:p>
        </w:tc>
        <w:tc>
          <w:tcPr>
            <w:tcW w:w="4986" w:type="dxa"/>
            <w:vAlign w:val="center"/>
          </w:tcPr>
          <w:p w:rsidR="00C07687" w:rsidRDefault="00F70E8B" w:rsidP="001F4924">
            <w:pPr>
              <w:spacing w:line="360" w:lineRule="auto"/>
            </w:pPr>
            <w:r>
              <w:t>L</w:t>
            </w:r>
            <w:r>
              <w:t>ớ</w:t>
            </w:r>
            <w:r>
              <w:t>p: ........................</w:t>
            </w:r>
          </w:p>
        </w:tc>
      </w:tr>
      <w:tr w:rsidR="00C07687">
        <w:trPr>
          <w:jc w:val="center"/>
        </w:trPr>
        <w:tc>
          <w:tcPr>
            <w:tcW w:w="4986" w:type="dxa"/>
            <w:vAlign w:val="center"/>
          </w:tcPr>
          <w:p w:rsidR="00C07687" w:rsidRDefault="00F70E8B" w:rsidP="001F4924">
            <w:pPr>
              <w:spacing w:line="360" w:lineRule="auto"/>
            </w:pPr>
            <w:r>
              <w:t xml:space="preserve">Ngày làm bài: </w:t>
            </w:r>
            <w:r>
              <w:t>...................................................</w:t>
            </w:r>
          </w:p>
        </w:tc>
        <w:tc>
          <w:tcPr>
            <w:tcW w:w="4986" w:type="dxa"/>
            <w:vAlign w:val="center"/>
          </w:tcPr>
          <w:p w:rsidR="00C07687" w:rsidRDefault="00F70E8B" w:rsidP="001F4924">
            <w:pPr>
              <w:spacing w:line="360" w:lineRule="auto"/>
            </w:pPr>
            <w:r>
              <w:t>Đi</w:t>
            </w:r>
            <w:r>
              <w:t>ể</w:t>
            </w:r>
            <w:r>
              <w:t>m: ......................</w:t>
            </w:r>
          </w:p>
        </w:tc>
      </w:tr>
    </w:tbl>
    <w:p w:rsidR="00C07687" w:rsidRDefault="00C07687" w:rsidP="001F4924">
      <w:pPr>
        <w:spacing w:line="360" w:lineRule="auto"/>
      </w:pPr>
    </w:p>
    <w:p w:rsidR="001F4924" w:rsidRDefault="001F4924" w:rsidP="001F4924">
      <w:pPr>
        <w:spacing w:after="80" w:line="360" w:lineRule="auto"/>
        <w:rPr>
          <w:b/>
          <w:color w:val="1F4E79"/>
          <w:sz w:val="24"/>
        </w:rPr>
      </w:pPr>
      <w:r w:rsidRPr="001F4924">
        <w:rPr>
          <w:b/>
          <w:color w:val="1F4E79"/>
          <w:sz w:val="24"/>
        </w:rPr>
        <w:t>Question 1. Give the correct form of the verbs in brackets. (2 points)</w:t>
      </w:r>
    </w:p>
    <w:p w:rsidR="00C07687" w:rsidRDefault="001F4924" w:rsidP="001F4924">
      <w:pPr>
        <w:spacing w:line="360" w:lineRule="auto"/>
      </w:pPr>
      <w:r>
        <w:t xml:space="preserve">1. </w:t>
      </w:r>
      <w:r w:rsidR="00F70E8B">
        <w:t>I __________ (visit) my grandparents last Sunday.</w:t>
      </w:r>
    </w:p>
    <w:p w:rsidR="00C07687" w:rsidRDefault="001F4924" w:rsidP="001F4924">
      <w:pPr>
        <w:spacing w:line="360" w:lineRule="auto"/>
      </w:pPr>
      <w:r>
        <w:t xml:space="preserve">2. </w:t>
      </w:r>
      <w:r w:rsidR="00F70E8B">
        <w:t>L</w:t>
      </w:r>
      <w:r w:rsidR="00F70E8B">
        <w:t>an __________ (go) t</w:t>
      </w:r>
      <w:r w:rsidR="00F70E8B">
        <w:t>o the library yesterday.</w:t>
      </w:r>
    </w:p>
    <w:p w:rsidR="00C07687" w:rsidRDefault="001F4924" w:rsidP="001F4924">
      <w:pPr>
        <w:spacing w:line="360" w:lineRule="auto"/>
      </w:pPr>
      <w:r>
        <w:t xml:space="preserve">3. </w:t>
      </w:r>
      <w:r w:rsidR="00F70E8B">
        <w:t>They __________ (play) badminton after school yesterday.</w:t>
      </w:r>
    </w:p>
    <w:p w:rsidR="00C07687" w:rsidRDefault="001F4924" w:rsidP="001F4924">
      <w:pPr>
        <w:spacing w:line="360" w:lineRule="auto"/>
      </w:pPr>
      <w:r>
        <w:t xml:space="preserve">4. </w:t>
      </w:r>
      <w:r w:rsidR="00F70E8B">
        <w:t>My father __________ (buy) a new bike last month.</w:t>
      </w:r>
    </w:p>
    <w:p w:rsidR="00C07687" w:rsidRDefault="001F4924" w:rsidP="001F4924">
      <w:pPr>
        <w:spacing w:line="360" w:lineRule="auto"/>
      </w:pPr>
      <w:r>
        <w:t xml:space="preserve">5. </w:t>
      </w:r>
      <w:r w:rsidR="00F70E8B">
        <w:t>We __________ (be) very happy at the party.</w:t>
      </w:r>
    </w:p>
    <w:p w:rsidR="00C07687" w:rsidRDefault="001F4924" w:rsidP="001F4924">
      <w:pPr>
        <w:spacing w:line="360" w:lineRule="auto"/>
      </w:pPr>
      <w:r>
        <w:t xml:space="preserve">6. </w:t>
      </w:r>
      <w:r w:rsidR="00F70E8B">
        <w:t>Nam __________ (not / watch) TV last night.</w:t>
      </w:r>
    </w:p>
    <w:p w:rsidR="001F4924" w:rsidRDefault="001F4924" w:rsidP="001F4924">
      <w:pPr>
        <w:spacing w:line="360" w:lineRule="auto"/>
        <w:rPr>
          <w:b/>
          <w:color w:val="1F4E79"/>
          <w:sz w:val="24"/>
        </w:rPr>
      </w:pPr>
      <w:r w:rsidRPr="001F4924">
        <w:rPr>
          <w:b/>
          <w:color w:val="1F4E79"/>
          <w:sz w:val="24"/>
        </w:rPr>
        <w:t>Question 2. Choose the correct answer A, B, C or D. (2 points)</w:t>
      </w:r>
    </w:p>
    <w:p w:rsidR="00C07687" w:rsidRDefault="00F70E8B" w:rsidP="001F4924">
      <w:pPr>
        <w:spacing w:line="360" w:lineRule="auto"/>
      </w:pPr>
      <w:r>
        <w:t>1. She ______ her homework two hours ago.</w:t>
      </w:r>
      <w:r>
        <w:br/>
        <w:t xml:space="preserve">   A. do        B. did        C. does        D. doing</w:t>
      </w:r>
    </w:p>
    <w:p w:rsidR="00C07687" w:rsidRDefault="00F70E8B" w:rsidP="001F4924">
      <w:pPr>
        <w:spacing w:line="360" w:lineRule="auto"/>
      </w:pPr>
      <w:r>
        <w:t>2. ______ you visit the museum last weekend?</w:t>
      </w:r>
      <w:r>
        <w:br/>
        <w:t xml:space="preserve">   A. Do        B. Does        C. Did        D. Are</w:t>
      </w:r>
    </w:p>
    <w:p w:rsidR="00C07687" w:rsidRDefault="00F70E8B" w:rsidP="001F4924">
      <w:pPr>
        <w:spacing w:line="360" w:lineRule="auto"/>
      </w:pPr>
      <w:r>
        <w:t>3. We ______ at home yesterday evening.</w:t>
      </w:r>
      <w:r>
        <w:br/>
        <w:t xml:space="preserve">   A. was </w:t>
      </w:r>
      <w:r>
        <w:t xml:space="preserve">       B. were        C. are        D. be</w:t>
      </w:r>
    </w:p>
    <w:p w:rsidR="00C07687" w:rsidRDefault="00F70E8B" w:rsidP="001F4924">
      <w:pPr>
        <w:spacing w:line="360" w:lineRule="auto"/>
      </w:pPr>
      <w:r>
        <w:t>4. He didn't ______ to school yesterday.</w:t>
      </w:r>
      <w:r>
        <w:br/>
        <w:t xml:space="preserve">   A. went        B. goes        C. go        D. going</w:t>
      </w:r>
    </w:p>
    <w:p w:rsidR="001F4924" w:rsidRDefault="001F4924" w:rsidP="001F4924">
      <w:pPr>
        <w:spacing w:line="360" w:lineRule="auto"/>
        <w:rPr>
          <w:b/>
          <w:color w:val="1F4E79"/>
          <w:sz w:val="24"/>
        </w:rPr>
      </w:pPr>
      <w:r w:rsidRPr="001F4924">
        <w:rPr>
          <w:b/>
          <w:color w:val="1F4E79"/>
          <w:sz w:val="24"/>
        </w:rPr>
        <w:t>Question 3. Rewrite the following sentences in the negative form. (1.5 points)</w:t>
      </w:r>
    </w:p>
    <w:p w:rsidR="00C07687" w:rsidRDefault="00F70E8B" w:rsidP="001F4924">
      <w:pPr>
        <w:spacing w:line="360" w:lineRule="auto"/>
      </w:pPr>
      <w:r>
        <w:t>1. I cleaned my room yesterday.</w:t>
      </w:r>
      <w:r>
        <w:br/>
      </w:r>
      <w:r>
        <w:t xml:space="preserve">   ........................................................................................................</w:t>
      </w:r>
    </w:p>
    <w:p w:rsidR="00C07687" w:rsidRDefault="00F70E8B" w:rsidP="001F4924">
      <w:pPr>
        <w:spacing w:line="360" w:lineRule="auto"/>
      </w:pPr>
      <w:r>
        <w:lastRenderedPageBreak/>
        <w:t>2. They went to the zoo last Sunday.</w:t>
      </w:r>
      <w:r>
        <w:br/>
        <w:t xml:space="preserve">   ........................................................................................................</w:t>
      </w:r>
    </w:p>
    <w:p w:rsidR="00C07687" w:rsidRDefault="00F70E8B" w:rsidP="001F4924">
      <w:pPr>
        <w:spacing w:line="360" w:lineRule="auto"/>
      </w:pPr>
      <w:r>
        <w:t xml:space="preserve">3. </w:t>
      </w:r>
      <w:r>
        <w:t>Mai was tired after the trip.</w:t>
      </w:r>
      <w:r>
        <w:br/>
        <w:t xml:space="preserve">   ........................................................................................................</w:t>
      </w:r>
    </w:p>
    <w:p w:rsidR="001F4924" w:rsidRDefault="001F4924" w:rsidP="001F4924">
      <w:pPr>
        <w:spacing w:line="360" w:lineRule="auto"/>
        <w:rPr>
          <w:b/>
          <w:color w:val="1F4E79"/>
          <w:sz w:val="24"/>
        </w:rPr>
      </w:pPr>
      <w:r w:rsidRPr="001F4924">
        <w:rPr>
          <w:b/>
          <w:color w:val="1F4E79"/>
          <w:sz w:val="24"/>
        </w:rPr>
        <w:t>Question 4. Rewrite the following sentences as Yes/No questions. (1.5 points)</w:t>
      </w:r>
    </w:p>
    <w:p w:rsidR="00C07687" w:rsidRDefault="00F70E8B" w:rsidP="001F4924">
      <w:pPr>
        <w:spacing w:line="360" w:lineRule="auto"/>
      </w:pPr>
      <w:r>
        <w:t>1. Your brother played football yesterday.</w:t>
      </w:r>
      <w:r>
        <w:br/>
        <w:t xml:space="preserve">   ...........</w:t>
      </w:r>
      <w:r>
        <w:t>.............................................................................................</w:t>
      </w:r>
    </w:p>
    <w:p w:rsidR="00C07687" w:rsidRDefault="00F70E8B" w:rsidP="001F4924">
      <w:pPr>
        <w:spacing w:line="360" w:lineRule="auto"/>
      </w:pPr>
      <w:r>
        <w:t>2. She was at the cinema last night.</w:t>
      </w:r>
      <w:r>
        <w:br/>
        <w:t xml:space="preserve">   ........................................................................................................</w:t>
      </w:r>
    </w:p>
    <w:p w:rsidR="00C07687" w:rsidRDefault="00F70E8B" w:rsidP="001F4924">
      <w:pPr>
        <w:spacing w:line="360" w:lineRule="auto"/>
      </w:pPr>
      <w:r>
        <w:t>3. They had break</w:t>
      </w:r>
      <w:r>
        <w:t>fast at 7 a.m.</w:t>
      </w:r>
      <w:r>
        <w:br/>
        <w:t xml:space="preserve">   ........................................................................................................</w:t>
      </w:r>
    </w:p>
    <w:p w:rsidR="001F4924" w:rsidRDefault="001F4924" w:rsidP="001F4924">
      <w:pPr>
        <w:spacing w:line="360" w:lineRule="auto"/>
        <w:rPr>
          <w:b/>
          <w:color w:val="1F4E79"/>
          <w:sz w:val="24"/>
        </w:rPr>
      </w:pPr>
      <w:r w:rsidRPr="001F4924">
        <w:rPr>
          <w:b/>
          <w:color w:val="1F4E79"/>
          <w:sz w:val="24"/>
        </w:rPr>
        <w:t>Question 5. Find and correct one mistake in each sentence. (1.5 points)</w:t>
      </w:r>
    </w:p>
    <w:p w:rsidR="00C07687" w:rsidRDefault="00F70E8B" w:rsidP="001F4924">
      <w:pPr>
        <w:spacing w:line="360" w:lineRule="auto"/>
      </w:pPr>
      <w:r>
        <w:t>1. Did you went to the park yesterday?</w:t>
      </w:r>
      <w:r>
        <w:br/>
        <w:t xml:space="preserve">   S</w:t>
      </w:r>
      <w:r>
        <w:t>ử</w:t>
      </w:r>
      <w:r>
        <w:t>a l</w:t>
      </w:r>
      <w:r>
        <w:t>ạ</w:t>
      </w:r>
      <w:r>
        <w:t>i: ..........................</w:t>
      </w:r>
      <w:r>
        <w:t>..................................................................</w:t>
      </w:r>
    </w:p>
    <w:p w:rsidR="00C07687" w:rsidRDefault="00F70E8B" w:rsidP="001F4924">
      <w:pPr>
        <w:spacing w:line="360" w:lineRule="auto"/>
      </w:pPr>
      <w:r>
        <w:t>2. My friends was at the school library.</w:t>
      </w:r>
      <w:r>
        <w:br/>
        <w:t xml:space="preserve">   S</w:t>
      </w:r>
      <w:r>
        <w:t>ử</w:t>
      </w:r>
      <w:r>
        <w:t>a l</w:t>
      </w:r>
      <w:r>
        <w:t>ạ</w:t>
      </w:r>
      <w:r>
        <w:t>i: ............................................................................................</w:t>
      </w:r>
    </w:p>
    <w:p w:rsidR="00C07687" w:rsidRDefault="00F70E8B" w:rsidP="001F4924">
      <w:pPr>
        <w:spacing w:line="360" w:lineRule="auto"/>
      </w:pPr>
      <w:r>
        <w:t>3. I didn't finished my English homework.</w:t>
      </w:r>
      <w:r>
        <w:br/>
        <w:t xml:space="preserve"> </w:t>
      </w:r>
      <w:r>
        <w:t xml:space="preserve">  S</w:t>
      </w:r>
      <w:r>
        <w:t>ử</w:t>
      </w:r>
      <w:r>
        <w:t>a l</w:t>
      </w:r>
      <w:r>
        <w:t>ạ</w:t>
      </w:r>
      <w:r>
        <w:t>i: ............................................................................................</w:t>
      </w:r>
    </w:p>
    <w:p w:rsidR="00BC0F7D" w:rsidRDefault="00BC0F7D" w:rsidP="001F4924">
      <w:pPr>
        <w:spacing w:line="360" w:lineRule="auto"/>
        <w:rPr>
          <w:b/>
          <w:color w:val="1F4E79"/>
          <w:sz w:val="24"/>
        </w:rPr>
      </w:pPr>
      <w:r w:rsidRPr="00BC0F7D">
        <w:rPr>
          <w:b/>
          <w:color w:val="1F4E79"/>
          <w:sz w:val="24"/>
        </w:rPr>
        <w:t>Question 6. Read the passage and answer the questions. (1.5 points)</w:t>
      </w:r>
    </w:p>
    <w:p w:rsidR="00C07687" w:rsidRDefault="00F70E8B" w:rsidP="001F4924">
      <w:pPr>
        <w:spacing w:line="360" w:lineRule="auto"/>
      </w:pPr>
      <w:r>
        <w:t>Last Saturday, Peter and his sister visited their uncle. They went there by bus. Their uncle cooked l</w:t>
      </w:r>
      <w:r>
        <w:t>unch for them. In the afternoon, Peter played chess with his cousin, and his sister read a book. They went home at 5 p.m. They had a wonderful day.</w:t>
      </w:r>
    </w:p>
    <w:p w:rsidR="00C07687" w:rsidRDefault="00F70E8B" w:rsidP="001F4924">
      <w:pPr>
        <w:spacing w:line="360" w:lineRule="auto"/>
      </w:pPr>
      <w:r>
        <w:t>1. Who did Peter visit last Saturday?</w:t>
      </w:r>
      <w:r>
        <w:br/>
        <w:t xml:space="preserve">   ...................................................................</w:t>
      </w:r>
      <w:r>
        <w:t>.....................................</w:t>
      </w:r>
    </w:p>
    <w:p w:rsidR="00C07687" w:rsidRDefault="00F70E8B" w:rsidP="001F4924">
      <w:pPr>
        <w:spacing w:line="360" w:lineRule="auto"/>
      </w:pPr>
      <w:r>
        <w:t>2. How did they go there?</w:t>
      </w:r>
      <w:r>
        <w:br/>
        <w:t xml:space="preserve">   ........................................................................................................</w:t>
      </w:r>
    </w:p>
    <w:p w:rsidR="00C07687" w:rsidRDefault="00F70E8B" w:rsidP="001F4924">
      <w:pPr>
        <w:spacing w:line="360" w:lineRule="auto"/>
      </w:pPr>
      <w:r>
        <w:t>3. What did Peter do in the afternoon?</w:t>
      </w:r>
      <w:r>
        <w:br/>
        <w:t xml:space="preserve">   ..........................................</w:t>
      </w:r>
      <w:r>
        <w:t>..............................................................</w:t>
      </w:r>
    </w:p>
    <w:p w:rsidR="00C07687" w:rsidRDefault="00594DBE" w:rsidP="001F4924">
      <w:pPr>
        <w:spacing w:line="360" w:lineRule="auto"/>
        <w:jc w:val="center"/>
      </w:pPr>
      <w:r>
        <w:rPr>
          <w:b/>
          <w:color w:val="1F4E79"/>
          <w:sz w:val="32"/>
        </w:rPr>
        <w:lastRenderedPageBreak/>
        <w:t>ĐÁP ÁN</w:t>
      </w:r>
      <w:bookmarkStart w:id="0" w:name="_GoBack"/>
      <w:bookmarkEnd w:id="0"/>
    </w:p>
    <w:p w:rsidR="00C07687" w:rsidRDefault="00F70E8B" w:rsidP="001F4924">
      <w:pPr>
        <w:spacing w:line="360" w:lineRule="auto"/>
        <w:jc w:val="center"/>
      </w:pPr>
      <w:r>
        <w:rPr>
          <w:i/>
        </w:rPr>
        <w:t>Ch</w:t>
      </w:r>
      <w:r>
        <w:rPr>
          <w:i/>
        </w:rPr>
        <w:t>ủ</w:t>
      </w:r>
      <w:r>
        <w:rPr>
          <w:i/>
        </w:rPr>
        <w:t xml:space="preserve"> đ</w:t>
      </w:r>
      <w:r>
        <w:rPr>
          <w:i/>
        </w:rPr>
        <w:t>ề</w:t>
      </w:r>
      <w:r>
        <w:rPr>
          <w:i/>
        </w:rPr>
        <w:t>: Thì quá kh</w:t>
      </w:r>
      <w:r>
        <w:rPr>
          <w:i/>
        </w:rPr>
        <w:t>ứ</w:t>
      </w:r>
      <w:r>
        <w:rPr>
          <w:i/>
        </w:rPr>
        <w:t xml:space="preserve"> đơn – Ti</w:t>
      </w:r>
      <w:r>
        <w:rPr>
          <w:i/>
        </w:rPr>
        <w:t>ế</w:t>
      </w:r>
      <w:r>
        <w:rPr>
          <w:i/>
        </w:rPr>
        <w:t>ng Anh l</w:t>
      </w:r>
      <w:r>
        <w:rPr>
          <w:i/>
        </w:rPr>
        <w:t>ớ</w:t>
      </w:r>
      <w:r>
        <w:rPr>
          <w:i/>
        </w:rPr>
        <w:t>p 6</w:t>
      </w:r>
    </w:p>
    <w:p w:rsidR="00C07687" w:rsidRDefault="00F70E8B" w:rsidP="001F4924">
      <w:pPr>
        <w:spacing w:before="160" w:after="60" w:line="360" w:lineRule="auto"/>
      </w:pPr>
      <w:r>
        <w:rPr>
          <w:b/>
          <w:color w:val="1F4E79"/>
          <w:sz w:val="24"/>
        </w:rPr>
        <w:t>Câu 1. Chia đ</w:t>
      </w:r>
      <w:r>
        <w:rPr>
          <w:b/>
          <w:color w:val="1F4E79"/>
          <w:sz w:val="24"/>
        </w:rPr>
        <w:t>ộ</w:t>
      </w:r>
      <w:r>
        <w:rPr>
          <w:b/>
          <w:color w:val="1F4E79"/>
          <w:sz w:val="24"/>
        </w:rPr>
        <w:t>ng t</w:t>
      </w:r>
      <w:r>
        <w:rPr>
          <w:b/>
          <w:color w:val="1F4E79"/>
          <w:sz w:val="24"/>
        </w:rPr>
        <w:t>ừ</w:t>
      </w:r>
    </w:p>
    <w:p w:rsidR="00C07687" w:rsidRDefault="00F70E8B" w:rsidP="001F4924">
      <w:pPr>
        <w:spacing w:line="360" w:lineRule="auto"/>
      </w:pPr>
      <w:r>
        <w:t>1. visited</w:t>
      </w:r>
    </w:p>
    <w:p w:rsidR="00C07687" w:rsidRDefault="00F70E8B" w:rsidP="001F4924">
      <w:pPr>
        <w:spacing w:line="360" w:lineRule="auto"/>
      </w:pPr>
      <w:r>
        <w:t>2. went</w:t>
      </w:r>
    </w:p>
    <w:p w:rsidR="00C07687" w:rsidRDefault="00F70E8B" w:rsidP="001F4924">
      <w:pPr>
        <w:spacing w:line="360" w:lineRule="auto"/>
      </w:pPr>
      <w:r>
        <w:t>3. played</w:t>
      </w:r>
    </w:p>
    <w:p w:rsidR="00C07687" w:rsidRDefault="00F70E8B" w:rsidP="001F4924">
      <w:pPr>
        <w:spacing w:line="360" w:lineRule="auto"/>
      </w:pPr>
      <w:r>
        <w:t>4. bought</w:t>
      </w:r>
    </w:p>
    <w:p w:rsidR="00C07687" w:rsidRDefault="00F70E8B" w:rsidP="001F4924">
      <w:pPr>
        <w:spacing w:line="360" w:lineRule="auto"/>
      </w:pPr>
      <w:r>
        <w:t>5. were</w:t>
      </w:r>
    </w:p>
    <w:p w:rsidR="00C07687" w:rsidRDefault="00F70E8B" w:rsidP="001F4924">
      <w:pPr>
        <w:spacing w:line="360" w:lineRule="auto"/>
      </w:pPr>
      <w:r>
        <w:t>6. didn't watch</w:t>
      </w:r>
    </w:p>
    <w:p w:rsidR="00C07687" w:rsidRDefault="00F70E8B" w:rsidP="001F4924">
      <w:pPr>
        <w:spacing w:before="160" w:after="60" w:line="360" w:lineRule="auto"/>
      </w:pPr>
      <w:r>
        <w:rPr>
          <w:b/>
          <w:color w:val="1F4E79"/>
          <w:sz w:val="24"/>
        </w:rPr>
        <w:t>Câu 2. Tr</w:t>
      </w:r>
      <w:r>
        <w:rPr>
          <w:b/>
          <w:color w:val="1F4E79"/>
          <w:sz w:val="24"/>
        </w:rPr>
        <w:t>ắ</w:t>
      </w:r>
      <w:r>
        <w:rPr>
          <w:b/>
          <w:color w:val="1F4E79"/>
          <w:sz w:val="24"/>
        </w:rPr>
        <w:t>c nghi</w:t>
      </w:r>
      <w:r>
        <w:rPr>
          <w:b/>
          <w:color w:val="1F4E79"/>
          <w:sz w:val="24"/>
        </w:rPr>
        <w:t>ệ</w:t>
      </w:r>
      <w:r>
        <w:rPr>
          <w:b/>
          <w:color w:val="1F4E79"/>
          <w:sz w:val="24"/>
        </w:rPr>
        <w:t>m</w:t>
      </w:r>
    </w:p>
    <w:p w:rsidR="00C07687" w:rsidRDefault="00F70E8B" w:rsidP="001F4924">
      <w:pPr>
        <w:spacing w:line="360" w:lineRule="auto"/>
      </w:pPr>
      <w:r>
        <w:t>1. B     2. C     3. B</w:t>
      </w:r>
      <w:r>
        <w:t xml:space="preserve">     4. C</w:t>
      </w:r>
    </w:p>
    <w:p w:rsidR="00C07687" w:rsidRDefault="00F70E8B" w:rsidP="001F4924">
      <w:pPr>
        <w:spacing w:before="160" w:after="60" w:line="360" w:lineRule="auto"/>
      </w:pPr>
      <w:r>
        <w:rPr>
          <w:b/>
          <w:color w:val="1F4E79"/>
          <w:sz w:val="24"/>
        </w:rPr>
        <w:t>Câu 3. Câu ph</w:t>
      </w:r>
      <w:r>
        <w:rPr>
          <w:b/>
          <w:color w:val="1F4E79"/>
          <w:sz w:val="24"/>
        </w:rPr>
        <w:t>ủ</w:t>
      </w:r>
      <w:r>
        <w:rPr>
          <w:b/>
          <w:color w:val="1F4E79"/>
          <w:sz w:val="24"/>
        </w:rPr>
        <w:t xml:space="preserve"> đ</w:t>
      </w:r>
      <w:r>
        <w:rPr>
          <w:b/>
          <w:color w:val="1F4E79"/>
          <w:sz w:val="24"/>
        </w:rPr>
        <w:t>ị</w:t>
      </w:r>
      <w:r>
        <w:rPr>
          <w:b/>
          <w:color w:val="1F4E79"/>
          <w:sz w:val="24"/>
        </w:rPr>
        <w:t>nh</w:t>
      </w:r>
    </w:p>
    <w:p w:rsidR="00C07687" w:rsidRDefault="00F70E8B" w:rsidP="001F4924">
      <w:pPr>
        <w:spacing w:line="360" w:lineRule="auto"/>
      </w:pPr>
      <w:r>
        <w:t>1. I didn't clean my room yesterday.</w:t>
      </w:r>
    </w:p>
    <w:p w:rsidR="00C07687" w:rsidRDefault="00F70E8B" w:rsidP="001F4924">
      <w:pPr>
        <w:spacing w:line="360" w:lineRule="auto"/>
      </w:pPr>
      <w:r>
        <w:t>2. They didn't go to the zoo last Sunday.</w:t>
      </w:r>
    </w:p>
    <w:p w:rsidR="00C07687" w:rsidRDefault="00F70E8B" w:rsidP="001F4924">
      <w:pPr>
        <w:spacing w:line="360" w:lineRule="auto"/>
      </w:pPr>
      <w:r>
        <w:t>3. Mai wasn't tired after the trip.</w:t>
      </w:r>
    </w:p>
    <w:p w:rsidR="00C07687" w:rsidRDefault="00F70E8B" w:rsidP="001F4924">
      <w:pPr>
        <w:spacing w:before="160" w:after="60" w:line="360" w:lineRule="auto"/>
      </w:pPr>
      <w:r>
        <w:rPr>
          <w:b/>
          <w:color w:val="1F4E79"/>
          <w:sz w:val="24"/>
        </w:rPr>
        <w:t>Câu 4. Câu h</w:t>
      </w:r>
      <w:r>
        <w:rPr>
          <w:b/>
          <w:color w:val="1F4E79"/>
          <w:sz w:val="24"/>
        </w:rPr>
        <w:t>ỏ</w:t>
      </w:r>
      <w:r>
        <w:rPr>
          <w:b/>
          <w:color w:val="1F4E79"/>
          <w:sz w:val="24"/>
        </w:rPr>
        <w:t>i Yes/No</w:t>
      </w:r>
    </w:p>
    <w:p w:rsidR="00C07687" w:rsidRDefault="00F70E8B" w:rsidP="001F4924">
      <w:pPr>
        <w:spacing w:line="360" w:lineRule="auto"/>
      </w:pPr>
      <w:r>
        <w:t>1. Did your brother play football yesterday?</w:t>
      </w:r>
    </w:p>
    <w:p w:rsidR="00C07687" w:rsidRDefault="00F70E8B" w:rsidP="001F4924">
      <w:pPr>
        <w:spacing w:line="360" w:lineRule="auto"/>
      </w:pPr>
      <w:r>
        <w:t>2. Was she at the cinema last night?</w:t>
      </w:r>
    </w:p>
    <w:p w:rsidR="00C07687" w:rsidRDefault="00F70E8B" w:rsidP="001F4924">
      <w:pPr>
        <w:spacing w:line="360" w:lineRule="auto"/>
      </w:pPr>
      <w:r>
        <w:t xml:space="preserve">3. Did </w:t>
      </w:r>
      <w:r>
        <w:t>they have breakfast at 7 a.m.?</w:t>
      </w:r>
    </w:p>
    <w:p w:rsidR="00C07687" w:rsidRDefault="00F70E8B" w:rsidP="001F4924">
      <w:pPr>
        <w:spacing w:before="160" w:after="60" w:line="360" w:lineRule="auto"/>
      </w:pPr>
      <w:r>
        <w:rPr>
          <w:b/>
          <w:color w:val="1F4E79"/>
          <w:sz w:val="24"/>
        </w:rPr>
        <w:t>Câu 5. S</w:t>
      </w:r>
      <w:r>
        <w:rPr>
          <w:b/>
          <w:color w:val="1F4E79"/>
          <w:sz w:val="24"/>
        </w:rPr>
        <w:t>ử</w:t>
      </w:r>
      <w:r>
        <w:rPr>
          <w:b/>
          <w:color w:val="1F4E79"/>
          <w:sz w:val="24"/>
        </w:rPr>
        <w:t>a l</w:t>
      </w:r>
      <w:r>
        <w:rPr>
          <w:b/>
          <w:color w:val="1F4E79"/>
          <w:sz w:val="24"/>
        </w:rPr>
        <w:t>ỗ</w:t>
      </w:r>
      <w:r>
        <w:rPr>
          <w:b/>
          <w:color w:val="1F4E79"/>
          <w:sz w:val="24"/>
        </w:rPr>
        <w:t>i sai</w:t>
      </w:r>
    </w:p>
    <w:p w:rsidR="00C07687" w:rsidRDefault="00F70E8B" w:rsidP="001F4924">
      <w:pPr>
        <w:spacing w:line="360" w:lineRule="auto"/>
      </w:pPr>
      <w:r>
        <w:t>1. went → go: Did you go to the park yesterday?</w:t>
      </w:r>
    </w:p>
    <w:p w:rsidR="00C07687" w:rsidRDefault="00F70E8B" w:rsidP="001F4924">
      <w:pPr>
        <w:spacing w:line="360" w:lineRule="auto"/>
      </w:pPr>
      <w:r>
        <w:t>2. was → were: My friends were at the school library.</w:t>
      </w:r>
    </w:p>
    <w:p w:rsidR="00C07687" w:rsidRDefault="00F70E8B" w:rsidP="001F4924">
      <w:pPr>
        <w:spacing w:line="360" w:lineRule="auto"/>
      </w:pPr>
      <w:r>
        <w:t>3. finished → finish: I didn't finish my English homework.</w:t>
      </w:r>
    </w:p>
    <w:p w:rsidR="00C07687" w:rsidRDefault="00F70E8B" w:rsidP="001F4924">
      <w:pPr>
        <w:spacing w:before="160" w:after="60" w:line="360" w:lineRule="auto"/>
      </w:pPr>
      <w:r>
        <w:rPr>
          <w:b/>
          <w:color w:val="1F4E79"/>
          <w:sz w:val="24"/>
        </w:rPr>
        <w:t>Câu 6. Đ</w:t>
      </w:r>
      <w:r>
        <w:rPr>
          <w:b/>
          <w:color w:val="1F4E79"/>
          <w:sz w:val="24"/>
        </w:rPr>
        <w:t>ọ</w:t>
      </w:r>
      <w:r>
        <w:rPr>
          <w:b/>
          <w:color w:val="1F4E79"/>
          <w:sz w:val="24"/>
        </w:rPr>
        <w:t>c hi</w:t>
      </w:r>
      <w:r>
        <w:rPr>
          <w:b/>
          <w:color w:val="1F4E79"/>
          <w:sz w:val="24"/>
        </w:rPr>
        <w:t>ể</w:t>
      </w:r>
      <w:r>
        <w:rPr>
          <w:b/>
          <w:color w:val="1F4E79"/>
          <w:sz w:val="24"/>
        </w:rPr>
        <w:t>u</w:t>
      </w:r>
    </w:p>
    <w:p w:rsidR="00C07687" w:rsidRDefault="00F70E8B" w:rsidP="001F4924">
      <w:pPr>
        <w:spacing w:line="360" w:lineRule="auto"/>
      </w:pPr>
      <w:r>
        <w:lastRenderedPageBreak/>
        <w:t>1. He visited his uncle.</w:t>
      </w:r>
    </w:p>
    <w:p w:rsidR="00C07687" w:rsidRDefault="00F70E8B" w:rsidP="001F4924">
      <w:pPr>
        <w:spacing w:line="360" w:lineRule="auto"/>
      </w:pPr>
      <w:r>
        <w:t>2. T</w:t>
      </w:r>
      <w:r>
        <w:t>hey went there by bus.</w:t>
      </w:r>
    </w:p>
    <w:p w:rsidR="00C07687" w:rsidRDefault="00F70E8B" w:rsidP="001F4924">
      <w:pPr>
        <w:spacing w:line="360" w:lineRule="auto"/>
      </w:pPr>
      <w:r>
        <w:t>3. He played chess with his cousin.</w:t>
      </w:r>
    </w:p>
    <w:p w:rsidR="00C07687" w:rsidRDefault="00C07687" w:rsidP="001F4924">
      <w:pPr>
        <w:spacing w:line="360" w:lineRule="auto"/>
      </w:pPr>
    </w:p>
    <w:sectPr w:rsidR="00C07687" w:rsidSect="00034616">
      <w:headerReference w:type="default" r:id="rId8"/>
      <w:footerReference w:type="default" r:id="rId9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E8B" w:rsidRDefault="00F70E8B">
      <w:pPr>
        <w:spacing w:after="0" w:line="240" w:lineRule="auto"/>
      </w:pPr>
      <w:r>
        <w:separator/>
      </w:r>
    </w:p>
  </w:endnote>
  <w:endnote w:type="continuationSeparator" w:id="0">
    <w:p w:rsidR="00F70E8B" w:rsidRDefault="00F70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DBE" w:rsidRDefault="00594DBE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>
      <w:rPr>
        <w:caps/>
        <w:noProof/>
        <w:color w:val="4F81BD" w:themeColor="accent1"/>
      </w:rPr>
      <w:t>1</w:t>
    </w:r>
    <w:r>
      <w:rPr>
        <w:caps/>
        <w:noProof/>
        <w:color w:val="4F81BD" w:themeColor="accent1"/>
      </w:rPr>
      <w:fldChar w:fldCharType="end"/>
    </w:r>
  </w:p>
  <w:p w:rsidR="00594DBE" w:rsidRDefault="00594DBE" w:rsidP="00594DB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E8B" w:rsidRDefault="00F70E8B">
      <w:pPr>
        <w:spacing w:after="0" w:line="240" w:lineRule="auto"/>
      </w:pPr>
      <w:r>
        <w:separator/>
      </w:r>
    </w:p>
  </w:footnote>
  <w:footnote w:type="continuationSeparator" w:id="0">
    <w:p w:rsidR="00F70E8B" w:rsidRDefault="00F70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924" w:rsidRDefault="001F4924">
    <w:pPr>
      <w:pStyle w:val="Header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8E58FE"/>
    <w:multiLevelType w:val="hybridMultilevel"/>
    <w:tmpl w:val="B42A4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EE1C51"/>
    <w:multiLevelType w:val="hybridMultilevel"/>
    <w:tmpl w:val="2F483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F4924"/>
    <w:rsid w:val="0029639D"/>
    <w:rsid w:val="00326F90"/>
    <w:rsid w:val="00594DBE"/>
    <w:rsid w:val="006F1499"/>
    <w:rsid w:val="00AA1D8D"/>
    <w:rsid w:val="00B47730"/>
    <w:rsid w:val="00BC0F7D"/>
    <w:rsid w:val="00C07687"/>
    <w:rsid w:val="00CB0664"/>
    <w:rsid w:val="00F70E8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169A46"/>
  <w14:defaultImageDpi w14:val="300"/>
  <w15:docId w15:val="{DB714088-ABDF-44D7-A349-98E3CCB2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78A9C9-DA4C-4B4E-AFC1-781109DE5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Dell</cp:lastModifiedBy>
  <cp:revision>5</cp:revision>
  <dcterms:created xsi:type="dcterms:W3CDTF">2013-12-23T23:15:00Z</dcterms:created>
  <dcterms:modified xsi:type="dcterms:W3CDTF">2026-11-08T02:49:00Z</dcterms:modified>
  <cp:category/>
</cp:coreProperties>
</file>